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4462" w14:textId="77777777" w:rsidR="004C5416" w:rsidRPr="00D74A19" w:rsidRDefault="00000000">
      <w:pPr>
        <w:pStyle w:val="Heading1"/>
        <w:rPr>
          <w:color w:val="0D0D0D" w:themeColor="text1" w:themeTint="F2"/>
        </w:rPr>
      </w:pPr>
      <w:r w:rsidRPr="00D74A19">
        <w:rPr>
          <w:color w:val="0D0D0D" w:themeColor="text1" w:themeTint="F2"/>
        </w:rPr>
        <w:t>MULTNOMAH HOLINESS CAMP</w:t>
      </w:r>
    </w:p>
    <w:p w14:paraId="44AD448F" w14:textId="77777777" w:rsidR="004C5416" w:rsidRPr="00D74A19" w:rsidRDefault="00000000">
      <w:pPr>
        <w:pStyle w:val="Heading2"/>
        <w:rPr>
          <w:color w:val="0D0D0D" w:themeColor="text1" w:themeTint="F2"/>
        </w:rPr>
      </w:pPr>
      <w:r w:rsidRPr="00D74A19">
        <w:rPr>
          <w:color w:val="0D0D0D" w:themeColor="text1" w:themeTint="F2"/>
        </w:rPr>
        <w:t>RECREATION PARTICIPATION, SUPERVISION, MEDICAL AUTHORIZATION, AND LIABILITY FORM</w:t>
      </w:r>
    </w:p>
    <w:p w14:paraId="462BFD70" w14:textId="7A095724" w:rsidR="004C5416" w:rsidRPr="00D74A19" w:rsidRDefault="00000000">
      <w:pPr>
        <w:rPr>
          <w:color w:val="0D0D0D" w:themeColor="text1" w:themeTint="F2"/>
        </w:rPr>
      </w:pPr>
      <w:r w:rsidRPr="00D74A19">
        <w:rPr>
          <w:color w:val="0D0D0D" w:themeColor="text1" w:themeTint="F2"/>
        </w:rPr>
        <w:t>This form is required for all participa</w:t>
      </w:r>
      <w:r w:rsidR="00B22B6C" w:rsidRPr="00D74A19">
        <w:rPr>
          <w:color w:val="0D0D0D" w:themeColor="text1" w:themeTint="F2"/>
        </w:rPr>
        <w:t>nts</w:t>
      </w:r>
      <w:r w:rsidRPr="00D74A19">
        <w:rPr>
          <w:color w:val="0D0D0D" w:themeColor="text1" w:themeTint="F2"/>
        </w:rPr>
        <w:t xml:space="preserve"> in recreation activities at Multnomah Holiness Camp.</w:t>
      </w:r>
    </w:p>
    <w:p w14:paraId="20A68336" w14:textId="77777777" w:rsidR="004C5416" w:rsidRPr="00D74A19" w:rsidRDefault="00000000">
      <w:pPr>
        <w:pStyle w:val="Heading3"/>
        <w:rPr>
          <w:color w:val="0D0D0D" w:themeColor="text1" w:themeTint="F2"/>
        </w:rPr>
      </w:pPr>
      <w:r w:rsidRPr="00D74A19">
        <w:rPr>
          <w:color w:val="0D0D0D" w:themeColor="text1" w:themeTint="F2"/>
        </w:rPr>
        <w:t>PARTICIPANT INFORMATION</w:t>
      </w:r>
    </w:p>
    <w:p w14:paraId="2F047A12" w14:textId="60E1108B" w:rsidR="004C5416" w:rsidRPr="00D74A19" w:rsidRDefault="00000000">
      <w:pPr>
        <w:rPr>
          <w:color w:val="0D0D0D" w:themeColor="text1" w:themeTint="F2"/>
        </w:rPr>
      </w:pPr>
      <w:r w:rsidRPr="00D74A19">
        <w:rPr>
          <w:color w:val="0D0D0D" w:themeColor="text1" w:themeTint="F2"/>
        </w:rPr>
        <w:t>Name: __________________________    Age: ______</w:t>
      </w:r>
      <w:r w:rsidR="00D74A19" w:rsidRPr="00D74A19">
        <w:rPr>
          <w:color w:val="0D0D0D" w:themeColor="text1" w:themeTint="F2"/>
        </w:rPr>
        <w:t xml:space="preserve">      </w:t>
      </w:r>
      <w:r w:rsidR="00D74A19" w:rsidRPr="00D74A19">
        <w:rPr>
          <w:color w:val="0D0D0D" w:themeColor="text1" w:themeTint="F2"/>
        </w:rPr>
        <w:t>Name: __________________________   Age: ______</w:t>
      </w:r>
    </w:p>
    <w:p w14:paraId="59CBDB01" w14:textId="4B031E48" w:rsidR="004C5416" w:rsidRPr="00D74A19" w:rsidRDefault="00000000">
      <w:pPr>
        <w:rPr>
          <w:color w:val="0D0D0D" w:themeColor="text1" w:themeTint="F2"/>
        </w:rPr>
      </w:pPr>
      <w:r w:rsidRPr="00D74A19">
        <w:rPr>
          <w:color w:val="0D0D0D" w:themeColor="text1" w:themeTint="F2"/>
        </w:rPr>
        <w:t>Name: __________________________    Age: ______</w:t>
      </w:r>
      <w:r w:rsidR="00D74A19" w:rsidRPr="00D74A19">
        <w:rPr>
          <w:color w:val="0D0D0D" w:themeColor="text1" w:themeTint="F2"/>
        </w:rPr>
        <w:t xml:space="preserve">      </w:t>
      </w:r>
      <w:r w:rsidR="00D74A19" w:rsidRPr="00D74A19">
        <w:rPr>
          <w:color w:val="0D0D0D" w:themeColor="text1" w:themeTint="F2"/>
        </w:rPr>
        <w:t>Name: __________________________   Age: ______</w:t>
      </w:r>
    </w:p>
    <w:p w14:paraId="7C9DA6BA" w14:textId="7FD62370" w:rsidR="004C5416" w:rsidRPr="00D74A19" w:rsidRDefault="00000000">
      <w:pPr>
        <w:rPr>
          <w:color w:val="0D0D0D" w:themeColor="text1" w:themeTint="F2"/>
        </w:rPr>
      </w:pPr>
      <w:r w:rsidRPr="00D74A19">
        <w:rPr>
          <w:color w:val="0D0D0D" w:themeColor="text1" w:themeTint="F2"/>
        </w:rPr>
        <w:t>Name: __________________________   Age: ______</w:t>
      </w:r>
      <w:r w:rsidR="00D74A19" w:rsidRPr="00D74A19">
        <w:rPr>
          <w:color w:val="0D0D0D" w:themeColor="text1" w:themeTint="F2"/>
        </w:rPr>
        <w:t xml:space="preserve">      </w:t>
      </w:r>
      <w:r w:rsidR="00D74A19" w:rsidRPr="00D74A19">
        <w:rPr>
          <w:color w:val="0D0D0D" w:themeColor="text1" w:themeTint="F2"/>
        </w:rPr>
        <w:t>Name: __________________________   Age: ______</w:t>
      </w:r>
    </w:p>
    <w:p w14:paraId="3EAC641E" w14:textId="77777777" w:rsidR="00D74A19" w:rsidRPr="00D74A19" w:rsidRDefault="00000000" w:rsidP="00D74A19">
      <w:pPr>
        <w:rPr>
          <w:color w:val="0D0D0D" w:themeColor="text1" w:themeTint="F2"/>
        </w:rPr>
      </w:pPr>
      <w:r w:rsidRPr="00D74A19">
        <w:rPr>
          <w:color w:val="0D0D0D" w:themeColor="text1" w:themeTint="F2"/>
        </w:rPr>
        <w:t>Name: __________________________   Age: ______</w:t>
      </w:r>
      <w:r w:rsidR="00D74A19" w:rsidRPr="00D74A19">
        <w:rPr>
          <w:color w:val="0D0D0D" w:themeColor="text1" w:themeTint="F2"/>
        </w:rPr>
        <w:t xml:space="preserve">      </w:t>
      </w:r>
      <w:r w:rsidR="00D74A19" w:rsidRPr="00D74A19">
        <w:rPr>
          <w:color w:val="0D0D0D" w:themeColor="text1" w:themeTint="F2"/>
        </w:rPr>
        <w:t>Name: __________________________   Age: ______</w:t>
      </w:r>
    </w:p>
    <w:p w14:paraId="1E6D425F" w14:textId="551A81C3" w:rsidR="004C5416" w:rsidRPr="00D74A19" w:rsidRDefault="00000000">
      <w:pPr>
        <w:rPr>
          <w:color w:val="0D0D0D" w:themeColor="text1" w:themeTint="F2"/>
        </w:rPr>
      </w:pPr>
      <w:r w:rsidRPr="00D74A19">
        <w:rPr>
          <w:color w:val="0D0D0D" w:themeColor="text1" w:themeTint="F2"/>
        </w:rPr>
        <w:t>Parent/Guardian Name: __________________________________________</w:t>
      </w:r>
    </w:p>
    <w:p w14:paraId="60980748" w14:textId="77777777" w:rsidR="004C5416" w:rsidRPr="00D74A19" w:rsidRDefault="00000000">
      <w:pPr>
        <w:rPr>
          <w:color w:val="0D0D0D" w:themeColor="text1" w:themeTint="F2"/>
        </w:rPr>
      </w:pPr>
      <w:r w:rsidRPr="00D74A19">
        <w:rPr>
          <w:color w:val="0D0D0D" w:themeColor="text1" w:themeTint="F2"/>
        </w:rPr>
        <w:t>Address: _______________________________________________________</w:t>
      </w:r>
    </w:p>
    <w:p w14:paraId="435C4E04" w14:textId="77777777" w:rsidR="004C5416" w:rsidRPr="00D74A19" w:rsidRDefault="00000000">
      <w:pPr>
        <w:rPr>
          <w:color w:val="0D0D0D" w:themeColor="text1" w:themeTint="F2"/>
        </w:rPr>
      </w:pPr>
      <w:r w:rsidRPr="00D74A19">
        <w:rPr>
          <w:color w:val="0D0D0D" w:themeColor="text1" w:themeTint="F2"/>
        </w:rPr>
        <w:t>City/State/Zip: ________________________________________________</w:t>
      </w:r>
    </w:p>
    <w:p w14:paraId="4729C8C4" w14:textId="77777777" w:rsidR="004C5416" w:rsidRPr="00D74A19" w:rsidRDefault="00000000">
      <w:pPr>
        <w:rPr>
          <w:color w:val="0D0D0D" w:themeColor="text1" w:themeTint="F2"/>
        </w:rPr>
      </w:pPr>
      <w:r w:rsidRPr="00D74A19">
        <w:rPr>
          <w:color w:val="0D0D0D" w:themeColor="text1" w:themeTint="F2"/>
        </w:rPr>
        <w:t>Primary Phone: __________________ Secondary Phone: ______________</w:t>
      </w:r>
    </w:p>
    <w:p w14:paraId="2907F4D3" w14:textId="77777777" w:rsidR="004C5416" w:rsidRPr="00D74A19" w:rsidRDefault="00000000">
      <w:pPr>
        <w:rPr>
          <w:color w:val="0D0D0D" w:themeColor="text1" w:themeTint="F2"/>
        </w:rPr>
      </w:pPr>
      <w:r w:rsidRPr="00D74A19">
        <w:rPr>
          <w:color w:val="0D0D0D" w:themeColor="text1" w:themeTint="F2"/>
        </w:rPr>
        <w:t>Church/Group Attending With: ___________________________________</w:t>
      </w:r>
    </w:p>
    <w:p w14:paraId="31481287" w14:textId="77777777" w:rsidR="004C5416" w:rsidRPr="00D74A19" w:rsidRDefault="00000000">
      <w:pPr>
        <w:rPr>
          <w:color w:val="0D0D0D" w:themeColor="text1" w:themeTint="F2"/>
        </w:rPr>
      </w:pPr>
      <w:r w:rsidRPr="00D74A19">
        <w:rPr>
          <w:color w:val="0D0D0D" w:themeColor="text1" w:themeTint="F2"/>
        </w:rPr>
        <w:t>Transportation Method: ☐ Family Vehicle  ☐ Church Bus  ☐ Other</w:t>
      </w:r>
    </w:p>
    <w:p w14:paraId="34FB90A6" w14:textId="77777777" w:rsidR="004C5416" w:rsidRPr="00D74A19" w:rsidRDefault="00000000">
      <w:pPr>
        <w:pStyle w:val="Heading3"/>
        <w:rPr>
          <w:color w:val="0D0D0D" w:themeColor="text1" w:themeTint="F2"/>
        </w:rPr>
      </w:pPr>
      <w:r w:rsidRPr="00D74A19">
        <w:rPr>
          <w:color w:val="0D0D0D" w:themeColor="text1" w:themeTint="F2"/>
        </w:rPr>
        <w:t>MINOR PARTICIPANT SUPERVISION POLICY</w:t>
      </w:r>
    </w:p>
    <w:p w14:paraId="31E8EE59" w14:textId="4A12AA63" w:rsidR="004C5416" w:rsidRPr="00D74A19" w:rsidRDefault="00000000">
      <w:pPr>
        <w:rPr>
          <w:color w:val="0D0D0D" w:themeColor="text1" w:themeTint="F2"/>
        </w:rPr>
      </w:pPr>
      <w:r w:rsidRPr="00D74A19">
        <w:rPr>
          <w:color w:val="0D0D0D" w:themeColor="text1" w:themeTint="F2"/>
        </w:rPr>
        <w:t>Children under the age of 1</w:t>
      </w:r>
      <w:r w:rsidR="00B22B6C" w:rsidRPr="00D74A19">
        <w:rPr>
          <w:color w:val="0D0D0D" w:themeColor="text1" w:themeTint="F2"/>
        </w:rPr>
        <w:t>3</w:t>
      </w:r>
      <w:r w:rsidRPr="00D74A19">
        <w:rPr>
          <w:color w:val="0D0D0D" w:themeColor="text1" w:themeTint="F2"/>
        </w:rPr>
        <w:t xml:space="preserve"> may participate in recreation activities only if a parent, legal guardian, or designated responsible adult is present during recreation activities.</w:t>
      </w:r>
    </w:p>
    <w:p w14:paraId="500C8F18" w14:textId="600C729D" w:rsidR="004C5416" w:rsidRPr="00D74A19" w:rsidRDefault="00000000">
      <w:pPr>
        <w:rPr>
          <w:color w:val="0D0D0D" w:themeColor="text1" w:themeTint="F2"/>
        </w:rPr>
      </w:pPr>
      <w:r w:rsidRPr="00D74A19">
        <w:rPr>
          <w:color w:val="0D0D0D" w:themeColor="text1" w:themeTint="F2"/>
        </w:rPr>
        <w:t>The designated responsible adult must be at least 21 years of age</w:t>
      </w:r>
      <w:r w:rsidR="00B22B6C" w:rsidRPr="00D74A19">
        <w:rPr>
          <w:color w:val="0D0D0D" w:themeColor="text1" w:themeTint="F2"/>
        </w:rPr>
        <w:t>, or a sibling at least 16 years of age or older,</w:t>
      </w:r>
      <w:r w:rsidRPr="00D74A19">
        <w:rPr>
          <w:color w:val="0D0D0D" w:themeColor="text1" w:themeTint="F2"/>
        </w:rPr>
        <w:t xml:space="preserve"> and capable of being immediately contacted and available to respond if needed.</w:t>
      </w:r>
    </w:p>
    <w:p w14:paraId="0CDA5F7E" w14:textId="77777777" w:rsidR="004C5416" w:rsidRPr="00D74A19" w:rsidRDefault="00000000">
      <w:pPr>
        <w:rPr>
          <w:color w:val="0D0D0D" w:themeColor="text1" w:themeTint="F2"/>
        </w:rPr>
      </w:pPr>
      <w:r w:rsidRPr="00D74A19">
        <w:rPr>
          <w:color w:val="0D0D0D" w:themeColor="text1" w:themeTint="F2"/>
        </w:rPr>
        <w:t>Recreation leaders coordinate activities but do not provide custodial supervision or childcare services.</w:t>
      </w:r>
    </w:p>
    <w:p w14:paraId="308E1B19" w14:textId="77777777" w:rsidR="004C5416" w:rsidRPr="00D74A19" w:rsidRDefault="00000000">
      <w:pPr>
        <w:rPr>
          <w:color w:val="0D0D0D" w:themeColor="text1" w:themeTint="F2"/>
        </w:rPr>
      </w:pPr>
      <w:r w:rsidRPr="00D74A19">
        <w:rPr>
          <w:color w:val="0D0D0D" w:themeColor="text1" w:themeTint="F2"/>
        </w:rPr>
        <w:t>I understand that participation in recreation activities does not transfer supervision, custody, or guardianship of my child to Multnomah Holiness Camp, its staff, volunteers, or recreation leaders.</w:t>
      </w:r>
    </w:p>
    <w:p w14:paraId="56B25C02" w14:textId="6DF08D19" w:rsidR="004C5416" w:rsidRPr="00D74A19" w:rsidRDefault="00000000">
      <w:pPr>
        <w:rPr>
          <w:color w:val="0D0D0D" w:themeColor="text1" w:themeTint="F2"/>
        </w:rPr>
      </w:pPr>
      <w:r w:rsidRPr="00D74A19">
        <w:rPr>
          <w:color w:val="0D0D0D" w:themeColor="text1" w:themeTint="F2"/>
        </w:rPr>
        <w:t>Children who arrive without a parent, guardian, or designated responsible adult present may be denied participation.</w:t>
      </w:r>
    </w:p>
    <w:p w14:paraId="13808EF9" w14:textId="0F670E7A" w:rsidR="004C5416" w:rsidRPr="00D74A19" w:rsidRDefault="00000000">
      <w:pPr>
        <w:pStyle w:val="Heading3"/>
        <w:rPr>
          <w:color w:val="0D0D0D" w:themeColor="text1" w:themeTint="F2"/>
        </w:rPr>
      </w:pPr>
      <w:r w:rsidRPr="00D74A19">
        <w:rPr>
          <w:color w:val="0D0D0D" w:themeColor="text1" w:themeTint="F2"/>
        </w:rPr>
        <w:t>SUPERVISION DESIGNATION</w:t>
      </w:r>
      <w:r w:rsidR="00B22B6C" w:rsidRPr="00D74A19">
        <w:rPr>
          <w:color w:val="0D0D0D" w:themeColor="text1" w:themeTint="F2"/>
        </w:rPr>
        <w:t xml:space="preserve"> (IF APPLICABLE)</w:t>
      </w:r>
    </w:p>
    <w:p w14:paraId="45F99C8E" w14:textId="4061E015" w:rsidR="004C5416" w:rsidRPr="00D74A19" w:rsidRDefault="00000000" w:rsidP="00D74A19">
      <w:pPr>
        <w:spacing w:after="0" w:line="240" w:lineRule="auto"/>
        <w:rPr>
          <w:color w:val="0D0D0D" w:themeColor="text1" w:themeTint="F2"/>
        </w:rPr>
      </w:pPr>
      <w:r w:rsidRPr="00D74A19">
        <w:rPr>
          <w:color w:val="0D0D0D" w:themeColor="text1" w:themeTint="F2"/>
        </w:rPr>
        <w:t>☐ I will be present during recreation activities.</w:t>
      </w:r>
    </w:p>
    <w:p w14:paraId="13F7D2F9" w14:textId="77777777" w:rsidR="004C5416" w:rsidRPr="00D74A19" w:rsidRDefault="00000000" w:rsidP="00D74A19">
      <w:pPr>
        <w:spacing w:after="0" w:line="240" w:lineRule="auto"/>
        <w:rPr>
          <w:color w:val="0D0D0D" w:themeColor="text1" w:themeTint="F2"/>
        </w:rPr>
      </w:pPr>
      <w:r w:rsidRPr="00D74A19">
        <w:rPr>
          <w:color w:val="0D0D0D" w:themeColor="text1" w:themeTint="F2"/>
        </w:rPr>
        <w:t>☐ I designate the following responsible adult to supervise my child.</w:t>
      </w:r>
    </w:p>
    <w:p w14:paraId="34FD4562" w14:textId="77777777" w:rsidR="00D74A19" w:rsidRPr="00D74A19" w:rsidRDefault="00D74A19" w:rsidP="00D74A19">
      <w:pPr>
        <w:spacing w:after="0" w:line="240" w:lineRule="auto"/>
        <w:rPr>
          <w:color w:val="0D0D0D" w:themeColor="text1" w:themeTint="F2"/>
        </w:rPr>
      </w:pPr>
    </w:p>
    <w:p w14:paraId="256556B4" w14:textId="77777777" w:rsidR="004C5416" w:rsidRPr="00D74A19" w:rsidRDefault="00000000">
      <w:pPr>
        <w:rPr>
          <w:color w:val="0D0D0D" w:themeColor="text1" w:themeTint="F2"/>
        </w:rPr>
      </w:pPr>
      <w:r w:rsidRPr="00D74A19">
        <w:rPr>
          <w:color w:val="0D0D0D" w:themeColor="text1" w:themeTint="F2"/>
        </w:rPr>
        <w:t>Responsible Adult Name: _________________________________________</w:t>
      </w:r>
    </w:p>
    <w:p w14:paraId="3BBBEC5E" w14:textId="77777777" w:rsidR="004C5416" w:rsidRPr="00D74A19" w:rsidRDefault="00000000">
      <w:pPr>
        <w:rPr>
          <w:color w:val="0D0D0D" w:themeColor="text1" w:themeTint="F2"/>
        </w:rPr>
      </w:pPr>
      <w:r w:rsidRPr="00D74A19">
        <w:rPr>
          <w:color w:val="0D0D0D" w:themeColor="text1" w:themeTint="F2"/>
        </w:rPr>
        <w:t>Relationship to Child: __________________________________________</w:t>
      </w:r>
    </w:p>
    <w:p w14:paraId="336795BC" w14:textId="77777777" w:rsidR="004C5416" w:rsidRPr="00D74A19" w:rsidRDefault="00000000">
      <w:pPr>
        <w:rPr>
          <w:color w:val="0D0D0D" w:themeColor="text1" w:themeTint="F2"/>
        </w:rPr>
      </w:pPr>
      <w:r w:rsidRPr="00D74A19">
        <w:rPr>
          <w:color w:val="0D0D0D" w:themeColor="text1" w:themeTint="F2"/>
        </w:rPr>
        <w:t>Cell Phone: _________________________________________________</w:t>
      </w:r>
    </w:p>
    <w:p w14:paraId="27E820FE" w14:textId="6C478BAA" w:rsidR="004C5416" w:rsidRPr="00D74A19" w:rsidRDefault="00000000">
      <w:pPr>
        <w:rPr>
          <w:color w:val="0D0D0D" w:themeColor="text1" w:themeTint="F2"/>
        </w:rPr>
      </w:pPr>
      <w:r w:rsidRPr="00D74A19">
        <w:rPr>
          <w:color w:val="0D0D0D" w:themeColor="text1" w:themeTint="F2"/>
        </w:rPr>
        <w:t xml:space="preserve">I certify that the designated responsible adult has agreed to assume responsibility for the supervision and conduct of </w:t>
      </w:r>
      <w:r w:rsidR="00B22B6C" w:rsidRPr="00D74A19">
        <w:rPr>
          <w:color w:val="0D0D0D" w:themeColor="text1" w:themeTint="F2"/>
        </w:rPr>
        <w:t xml:space="preserve">the </w:t>
      </w:r>
      <w:proofErr w:type="gramStart"/>
      <w:r w:rsidR="00B22B6C" w:rsidRPr="00D74A19">
        <w:rPr>
          <w:color w:val="0D0D0D" w:themeColor="text1" w:themeTint="F2"/>
        </w:rPr>
        <w:t>child(</w:t>
      </w:r>
      <w:proofErr w:type="gramEnd"/>
      <w:r w:rsidR="00B22B6C" w:rsidRPr="00D74A19">
        <w:rPr>
          <w:color w:val="0D0D0D" w:themeColor="text1" w:themeTint="F2"/>
        </w:rPr>
        <w:t>ren named above</w:t>
      </w:r>
      <w:r w:rsidRPr="00D74A19">
        <w:rPr>
          <w:color w:val="0D0D0D" w:themeColor="text1" w:themeTint="F2"/>
        </w:rPr>
        <w:t xml:space="preserve"> while participating in recreation activities.</w:t>
      </w:r>
    </w:p>
    <w:p w14:paraId="0F4685FF" w14:textId="77777777" w:rsidR="004C5416" w:rsidRPr="00D74A19" w:rsidRDefault="00000000">
      <w:pPr>
        <w:pStyle w:val="Heading3"/>
        <w:rPr>
          <w:color w:val="0D0D0D" w:themeColor="text1" w:themeTint="F2"/>
        </w:rPr>
      </w:pPr>
      <w:r w:rsidRPr="00D74A19">
        <w:rPr>
          <w:color w:val="0D0D0D" w:themeColor="text1" w:themeTint="F2"/>
        </w:rPr>
        <w:t>PERMISSION AND EMERGENCY MEDICAL AUTHORIZATION</w:t>
      </w:r>
    </w:p>
    <w:p w14:paraId="1F8F3352" w14:textId="77777777" w:rsidR="004C5416" w:rsidRPr="00D74A19" w:rsidRDefault="00000000">
      <w:pPr>
        <w:rPr>
          <w:color w:val="0D0D0D" w:themeColor="text1" w:themeTint="F2"/>
        </w:rPr>
      </w:pPr>
      <w:r w:rsidRPr="00D74A19">
        <w:rPr>
          <w:color w:val="0D0D0D" w:themeColor="text1" w:themeTint="F2"/>
        </w:rPr>
        <w:t>I grant permission for the above-named child(ren) to participate in recreation activities at Multnomah Holiness Camp.</w:t>
      </w:r>
    </w:p>
    <w:p w14:paraId="53B0A6A8" w14:textId="5000BDD2" w:rsidR="004C5416" w:rsidRPr="00D74A19" w:rsidRDefault="00000000">
      <w:pPr>
        <w:rPr>
          <w:color w:val="0D0D0D" w:themeColor="text1" w:themeTint="F2"/>
        </w:rPr>
      </w:pPr>
      <w:r w:rsidRPr="00D74A19">
        <w:rPr>
          <w:color w:val="0D0D0D" w:themeColor="text1" w:themeTint="F2"/>
        </w:rPr>
        <w:t>In the event of an emergency, I authorize emergency medical treatment if necessary and if the designated responsible adult</w:t>
      </w:r>
      <w:r w:rsidR="00EE3B5E" w:rsidRPr="00D74A19">
        <w:rPr>
          <w:color w:val="0D0D0D" w:themeColor="text1" w:themeTint="F2"/>
        </w:rPr>
        <w:t xml:space="preserve"> or I</w:t>
      </w:r>
      <w:r w:rsidRPr="00D74A19">
        <w:rPr>
          <w:color w:val="0D0D0D" w:themeColor="text1" w:themeTint="F2"/>
        </w:rPr>
        <w:t xml:space="preserve"> cannot be reached.</w:t>
      </w:r>
    </w:p>
    <w:p w14:paraId="3AF65B04" w14:textId="77777777" w:rsidR="004C5416" w:rsidRPr="00D74A19" w:rsidRDefault="00000000">
      <w:pPr>
        <w:rPr>
          <w:color w:val="0D0D0D" w:themeColor="text1" w:themeTint="F2"/>
        </w:rPr>
      </w:pPr>
      <w:r w:rsidRPr="00D74A19">
        <w:rPr>
          <w:color w:val="0D0D0D" w:themeColor="text1" w:themeTint="F2"/>
        </w:rPr>
        <w:t>Emergency Contact (other than parent): ____________________________</w:t>
      </w:r>
    </w:p>
    <w:p w14:paraId="180E7615" w14:textId="77777777" w:rsidR="004C5416" w:rsidRPr="00D74A19" w:rsidRDefault="00000000">
      <w:pPr>
        <w:rPr>
          <w:color w:val="0D0D0D" w:themeColor="text1" w:themeTint="F2"/>
        </w:rPr>
      </w:pPr>
      <w:r w:rsidRPr="00D74A19">
        <w:rPr>
          <w:color w:val="0D0D0D" w:themeColor="text1" w:themeTint="F2"/>
        </w:rPr>
        <w:t>Relationship: __________________ Phone: _________________________</w:t>
      </w:r>
    </w:p>
    <w:p w14:paraId="7DD4BDFF" w14:textId="77777777" w:rsidR="004C5416" w:rsidRPr="00D74A19" w:rsidRDefault="00000000">
      <w:pPr>
        <w:pStyle w:val="Heading3"/>
        <w:rPr>
          <w:color w:val="0D0D0D" w:themeColor="text1" w:themeTint="F2"/>
        </w:rPr>
      </w:pPr>
      <w:r w:rsidRPr="00D74A19">
        <w:rPr>
          <w:color w:val="0D0D0D" w:themeColor="text1" w:themeTint="F2"/>
        </w:rPr>
        <w:t>MEDICAL INFORMATION</w:t>
      </w:r>
    </w:p>
    <w:p w14:paraId="727A4E03" w14:textId="7211D7F6" w:rsidR="004C5416" w:rsidRPr="00D74A19" w:rsidRDefault="00000000">
      <w:pPr>
        <w:rPr>
          <w:color w:val="0D0D0D" w:themeColor="text1" w:themeTint="F2"/>
        </w:rPr>
      </w:pPr>
      <w:r w:rsidRPr="00D74A19">
        <w:rPr>
          <w:color w:val="0D0D0D" w:themeColor="text1" w:themeTint="F2"/>
        </w:rPr>
        <w:t>Insurance Company: ____________________________</w:t>
      </w:r>
      <w:r w:rsidR="00D74A19" w:rsidRPr="00D74A19">
        <w:rPr>
          <w:color w:val="0D0D0D" w:themeColor="text1" w:themeTint="F2"/>
        </w:rPr>
        <w:t xml:space="preserve"> </w:t>
      </w:r>
      <w:r w:rsidRPr="00D74A19">
        <w:rPr>
          <w:color w:val="0D0D0D" w:themeColor="text1" w:themeTint="F2"/>
        </w:rPr>
        <w:t>Policy Number:</w:t>
      </w:r>
      <w:r w:rsidR="00D74A19" w:rsidRPr="00D74A19">
        <w:rPr>
          <w:color w:val="0D0D0D" w:themeColor="text1" w:themeTint="F2"/>
        </w:rPr>
        <w:t xml:space="preserve"> </w:t>
      </w:r>
      <w:r w:rsidRPr="00D74A19">
        <w:rPr>
          <w:color w:val="0D0D0D" w:themeColor="text1" w:themeTint="F2"/>
        </w:rPr>
        <w:t>________________________________</w:t>
      </w:r>
    </w:p>
    <w:p w14:paraId="4B570EB0" w14:textId="37502761" w:rsidR="004C5416" w:rsidRPr="00D74A19" w:rsidRDefault="00000000">
      <w:pPr>
        <w:rPr>
          <w:color w:val="0D0D0D" w:themeColor="text1" w:themeTint="F2"/>
        </w:rPr>
      </w:pPr>
      <w:r w:rsidRPr="00D74A19">
        <w:rPr>
          <w:color w:val="0D0D0D" w:themeColor="text1" w:themeTint="F2"/>
        </w:rPr>
        <w:t>Physician: ________________________________________</w:t>
      </w:r>
      <w:r w:rsidR="00D74A19" w:rsidRPr="00D74A19">
        <w:rPr>
          <w:color w:val="0D0D0D" w:themeColor="text1" w:themeTint="F2"/>
        </w:rPr>
        <w:t xml:space="preserve"> </w:t>
      </w:r>
      <w:r w:rsidRPr="00D74A19">
        <w:rPr>
          <w:color w:val="0D0D0D" w:themeColor="text1" w:themeTint="F2"/>
        </w:rPr>
        <w:t>Physician Phone: ____________________________</w:t>
      </w:r>
      <w:r w:rsidR="00D74A19" w:rsidRPr="00D74A19">
        <w:rPr>
          <w:color w:val="0D0D0D" w:themeColor="text1" w:themeTint="F2"/>
        </w:rPr>
        <w:t>__</w:t>
      </w:r>
    </w:p>
    <w:p w14:paraId="65DB5864" w14:textId="77777777" w:rsidR="004C5416" w:rsidRPr="00D74A19" w:rsidRDefault="00000000">
      <w:pPr>
        <w:rPr>
          <w:color w:val="0D0D0D" w:themeColor="text1" w:themeTint="F2"/>
        </w:rPr>
      </w:pPr>
      <w:r w:rsidRPr="00D74A19">
        <w:rPr>
          <w:color w:val="0D0D0D" w:themeColor="text1" w:themeTint="F2"/>
        </w:rPr>
        <w:t>Allergies: _________________________________________________</w:t>
      </w:r>
    </w:p>
    <w:p w14:paraId="2ADAE818" w14:textId="77777777" w:rsidR="004C5416" w:rsidRPr="00D74A19" w:rsidRDefault="00000000">
      <w:pPr>
        <w:rPr>
          <w:color w:val="0D0D0D" w:themeColor="text1" w:themeTint="F2"/>
        </w:rPr>
      </w:pPr>
      <w:r w:rsidRPr="00D74A19">
        <w:rPr>
          <w:color w:val="0D0D0D" w:themeColor="text1" w:themeTint="F2"/>
        </w:rPr>
        <w:t>Medications: ______________________________________________</w:t>
      </w:r>
    </w:p>
    <w:p w14:paraId="3A1649CE" w14:textId="42E32B52" w:rsidR="004C5416" w:rsidRPr="00D74A19" w:rsidRDefault="00000000">
      <w:pPr>
        <w:rPr>
          <w:color w:val="0D0D0D" w:themeColor="text1" w:themeTint="F2"/>
        </w:rPr>
      </w:pPr>
      <w:r w:rsidRPr="00D74A19">
        <w:rPr>
          <w:color w:val="0D0D0D" w:themeColor="text1" w:themeTint="F2"/>
        </w:rPr>
        <w:t>Medical Conditions/Special Instructions: _______________________________________________________________________________________</w:t>
      </w:r>
    </w:p>
    <w:p w14:paraId="041A409A" w14:textId="77777777" w:rsidR="004C5416" w:rsidRPr="00D74A19" w:rsidRDefault="00000000">
      <w:pPr>
        <w:pStyle w:val="Heading3"/>
        <w:rPr>
          <w:color w:val="0D0D0D" w:themeColor="text1" w:themeTint="F2"/>
        </w:rPr>
      </w:pPr>
      <w:r w:rsidRPr="00D74A19">
        <w:rPr>
          <w:color w:val="0D0D0D" w:themeColor="text1" w:themeTint="F2"/>
        </w:rPr>
        <w:t>LIABILITY RELEASE AND ASSUMPTION OF RISK</w:t>
      </w:r>
    </w:p>
    <w:p w14:paraId="7E2D0279" w14:textId="77777777" w:rsidR="004C5416" w:rsidRPr="00D74A19" w:rsidRDefault="00000000">
      <w:pPr>
        <w:rPr>
          <w:color w:val="0D0D0D" w:themeColor="text1" w:themeTint="F2"/>
        </w:rPr>
      </w:pPr>
      <w:r w:rsidRPr="00D74A19">
        <w:rPr>
          <w:color w:val="0D0D0D" w:themeColor="text1" w:themeTint="F2"/>
        </w:rPr>
        <w:t>I release, discharge, and agree to hold harmless the Multnomah Holiness Association, its officers, directors, employees, volunteers, recreation leaders, and agents from liability arising from participation in recreation activities, except to the extent caused by gross negligence or willful misconduct. I understand that recreation activities involve inherent risks and voluntarily assume those risks on behalf of myself and my participating family members.</w:t>
      </w:r>
    </w:p>
    <w:p w14:paraId="1FC4D472" w14:textId="77777777" w:rsidR="004C5416" w:rsidRPr="00D74A19" w:rsidRDefault="00000000">
      <w:pPr>
        <w:pStyle w:val="Heading3"/>
        <w:rPr>
          <w:color w:val="0D0D0D" w:themeColor="text1" w:themeTint="F2"/>
        </w:rPr>
      </w:pPr>
      <w:r w:rsidRPr="00D74A19">
        <w:rPr>
          <w:color w:val="0D0D0D" w:themeColor="text1" w:themeTint="F2"/>
        </w:rPr>
        <w:t>PARENT/GUARDIAN ACKNOWLEDGMENT</w:t>
      </w:r>
    </w:p>
    <w:p w14:paraId="5D16CFE3" w14:textId="366DEFA3" w:rsidR="004C5416" w:rsidRPr="00D74A19" w:rsidRDefault="00000000" w:rsidP="00D74A19">
      <w:pPr>
        <w:spacing w:after="0"/>
        <w:rPr>
          <w:color w:val="0D0D0D" w:themeColor="text1" w:themeTint="F2"/>
        </w:rPr>
      </w:pPr>
      <w:r w:rsidRPr="00D74A19">
        <w:rPr>
          <w:color w:val="0D0D0D" w:themeColor="text1" w:themeTint="F2"/>
        </w:rPr>
        <w:t>By signing below, I acknowledge that I have read and understand this form, including my responsibility to ensure that my child is supervised by m</w:t>
      </w:r>
      <w:r w:rsidR="00EE3B5E" w:rsidRPr="00D74A19">
        <w:rPr>
          <w:color w:val="0D0D0D" w:themeColor="text1" w:themeTint="F2"/>
        </w:rPr>
        <w:t>yself</w:t>
      </w:r>
      <w:r w:rsidRPr="00D74A19">
        <w:rPr>
          <w:color w:val="0D0D0D" w:themeColor="text1" w:themeTint="F2"/>
        </w:rPr>
        <w:t xml:space="preserve"> or another designated responsible adult who remains </w:t>
      </w:r>
      <w:r w:rsidR="00EE3B5E" w:rsidRPr="00D74A19">
        <w:rPr>
          <w:color w:val="0D0D0D" w:themeColor="text1" w:themeTint="F2"/>
        </w:rPr>
        <w:t>present</w:t>
      </w:r>
      <w:r w:rsidRPr="00D74A19">
        <w:rPr>
          <w:color w:val="0D0D0D" w:themeColor="text1" w:themeTint="F2"/>
        </w:rPr>
        <w:t xml:space="preserve"> during recreation activities.</w:t>
      </w:r>
    </w:p>
    <w:p w14:paraId="4F321354" w14:textId="77777777" w:rsidR="004C5416" w:rsidRPr="00D74A19" w:rsidRDefault="00000000">
      <w:pPr>
        <w:rPr>
          <w:color w:val="0D0D0D" w:themeColor="text1" w:themeTint="F2"/>
        </w:rPr>
      </w:pPr>
      <w:r w:rsidRPr="00D74A19">
        <w:rPr>
          <w:color w:val="0D0D0D" w:themeColor="text1" w:themeTint="F2"/>
        </w:rPr>
        <w:br/>
        <w:t>Parent/Guardian Signature: __________________________ Date: __________</w:t>
      </w:r>
    </w:p>
    <w:p w14:paraId="4F1C4B84" w14:textId="77777777" w:rsidR="004C5416" w:rsidRPr="00D74A19" w:rsidRDefault="00000000">
      <w:pPr>
        <w:rPr>
          <w:color w:val="0D0D0D" w:themeColor="text1" w:themeTint="F2"/>
        </w:rPr>
      </w:pPr>
      <w:r w:rsidRPr="00D74A19">
        <w:rPr>
          <w:color w:val="0D0D0D" w:themeColor="text1" w:themeTint="F2"/>
        </w:rPr>
        <w:t>Printed Name: ________________________________________________</w:t>
      </w:r>
    </w:p>
    <w:sectPr w:rsidR="004C5416" w:rsidRPr="00D74A19" w:rsidSect="00D74A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0074935">
    <w:abstractNumId w:val="8"/>
  </w:num>
  <w:num w:numId="2" w16cid:durableId="709841619">
    <w:abstractNumId w:val="6"/>
  </w:num>
  <w:num w:numId="3" w16cid:durableId="1482385419">
    <w:abstractNumId w:val="5"/>
  </w:num>
  <w:num w:numId="4" w16cid:durableId="290595255">
    <w:abstractNumId w:val="4"/>
  </w:num>
  <w:num w:numId="5" w16cid:durableId="50690619">
    <w:abstractNumId w:val="7"/>
  </w:num>
  <w:num w:numId="6" w16cid:durableId="1556310132">
    <w:abstractNumId w:val="3"/>
  </w:num>
  <w:num w:numId="7" w16cid:durableId="962618641">
    <w:abstractNumId w:val="2"/>
  </w:num>
  <w:num w:numId="8" w16cid:durableId="981034438">
    <w:abstractNumId w:val="1"/>
  </w:num>
  <w:num w:numId="9" w16cid:durableId="514224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C5416"/>
    <w:rsid w:val="0090795B"/>
    <w:rsid w:val="009912D5"/>
    <w:rsid w:val="00AA1D8D"/>
    <w:rsid w:val="00B22B6C"/>
    <w:rsid w:val="00B47730"/>
    <w:rsid w:val="00CB0664"/>
    <w:rsid w:val="00D74A19"/>
    <w:rsid w:val="00EE3B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3850B1"/>
  <w14:defaultImageDpi w14:val="300"/>
  <w15:docId w15:val="{17E9E1AB-0CEF-5143-8B0C-11796D9C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Holl</cp:lastModifiedBy>
  <cp:revision>3</cp:revision>
  <cp:lastPrinted>2026-06-13T13:04:00Z</cp:lastPrinted>
  <dcterms:created xsi:type="dcterms:W3CDTF">2026-06-14T03:50:00Z</dcterms:created>
  <dcterms:modified xsi:type="dcterms:W3CDTF">2026-06-14T03:50:00Z</dcterms:modified>
  <cp:category/>
</cp:coreProperties>
</file>